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0B2A5B"/>
          <w:sz w:val="48"/>
          <w:rtl/>
          <w:szCs w:val="48"/>
          <w:bCs/>
        </w:rPr>
        <w:t>עברית קלה ומילון חנוכה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לעולים ולחנ״מ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🧑‍🎓 לתלמידים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בקובץ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טקסט בעברית קלה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מילון ב-4 שפות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שורות קצרות עם סימנים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א׳ – עברית קלה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בְּחֹדֶשׁ כִּסְלֵו מַדְלִיקִים נֵרוֹת. כָּל עֶרֶב מוֹסִיפִים עוֹד נֵר. בַּסּוֹף יֵשׁ שְׁמוֹנָה נֵרוֹת. הָאוֹר גָּדֵל, וְהַחֹשֶׁךְ קָטֵן. נֵר קָטָן אֶחָד יָכוֹל לְהָאִיר הַרְבֵּה. גַּם אֲנַחְנוּ יְכוֹלִים לְהָאִיר: לַעֲזֹר, לְחַיֵּךְ, לְהַגִּיד תּוֹדָה.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ב׳ – 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עברית</w:t>
            </w:r>
          </w:p>
        </w:tc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English</w:t>
            </w:r>
          </w:p>
        </w:tc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Русский</w:t>
            </w:r>
          </w:p>
        </w:tc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العربية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חנוכה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Hanukkah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Ханука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عيد الأنوار (حانوكا)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candle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свеча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شمعة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חנוכייה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Hanukkah menorah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ханукия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شمعدان الحانوكا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שַׁמָּשׁ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helper candle (shamash)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шамаш (служебная свеча)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الشمعة الخادمة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light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свет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نور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חושך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darkness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темнота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ظلام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miracle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чудо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معجزة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oil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масло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زيت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small jug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кувшинчик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جرّة صغيرة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סביבון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dreidel (spinning top)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волчок (дрейдл)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دوّامة (بلبل)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סופגנייה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jam doughnut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пончик (суфгания)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كعكة محلّاة (دونات)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potato pancake (latke)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оладья (латке)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فطيرة بطاطا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מקדש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the Temple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Храм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الهيكل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טקס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ceremony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церемония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مراسم / احتفال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להדליק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light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зажигать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يُشعِل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ערך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value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ценность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قيمة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אומץ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courage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смелость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شجاعة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hope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надежда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أمل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נתינה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giving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щедрость, отдача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عطاء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אחדות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unity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единство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وحدة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חוסן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resilience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стойкость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صمود / مرونة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ענווה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humility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скромность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تواضع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הכרת תודה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gratitude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благодарность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امتنان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קהילה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community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община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مجتمع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כסלו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Kislev (Hebrew month)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кислев (еврейский месяц)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شهر كيسليف (عبري)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window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окно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نافذة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ג׳ – שורות קצרות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🕯️ זֶה נֵר.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💡 הַנֵּר נוֹתֵן אוֹר.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➕ כָּל עֶרֶב – עוֹד נֵר.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8️⃣ יֵשׁ שְׁמוֹנָה נֵרוֹת.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💪 נֵר שֶׁל אֹמֶץ.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🤝 נֵר שֶׁל אַחְדוּת.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🙏 אוֹמְרִים תּוֹדָה.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✨ גַּם אֲנִי מֵאִיר/ה!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קלה, מילון ב-4 שפות ושורות לחנ״מ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